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9A41F" w14:textId="72E6EB73" w:rsidR="006F79CD" w:rsidRDefault="005B2659">
      <w:pPr>
        <w:pStyle w:val="Title"/>
        <w:jc w:val="center"/>
      </w:pPr>
      <w:r w:rsidRPr="004F2AB6">
        <w:drawing>
          <wp:inline distT="0" distB="0" distL="0" distR="0" wp14:anchorId="1FE38D92" wp14:editId="77BAD800">
            <wp:extent cx="1695687" cy="1686160"/>
            <wp:effectExtent l="0" t="0" r="0" b="0"/>
            <wp:docPr id="226821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82111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95687" cy="168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85E68" w14:textId="77777777" w:rsidR="00A30B98" w:rsidRDefault="00A30B98" w:rsidP="00A30B98">
      <w:pPr>
        <w:rPr>
          <w:b/>
          <w:bCs/>
        </w:rPr>
      </w:pPr>
      <w:r w:rsidRPr="00A30B98">
        <w:rPr>
          <w:b/>
          <w:bCs/>
        </w:rPr>
        <w:t>Contact Details: -</w:t>
      </w:r>
    </w:p>
    <w:p w14:paraId="1F124717" w14:textId="7EC2B4A3" w:rsidR="00A30B98" w:rsidRPr="00A30B98" w:rsidRDefault="00A30B98" w:rsidP="00A30B98">
      <w:r>
        <w:t>1 Harare Drive and Borrowdale Rd, Harare</w:t>
      </w:r>
    </w:p>
    <w:p w14:paraId="621A88F5" w14:textId="77777777" w:rsidR="00A30B98" w:rsidRPr="00A30B98" w:rsidRDefault="00A30B98" w:rsidP="00A30B98">
      <w:r w:rsidRPr="00A30B98">
        <w:t xml:space="preserve">0786700990, 0772901243, 0777463462, 0716959452 </w:t>
      </w:r>
    </w:p>
    <w:p w14:paraId="2F04FC4A" w14:textId="77777777" w:rsidR="00A30B98" w:rsidRPr="00A30B98" w:rsidRDefault="00A30B98" w:rsidP="00A30B98">
      <w:hyperlink r:id="rId7" w:history="1">
        <w:r w:rsidRPr="00A30B98">
          <w:rPr>
            <w:rStyle w:val="Hyperlink"/>
          </w:rPr>
          <w:t>admin@tutorialhomeschool.co.zw</w:t>
        </w:r>
      </w:hyperlink>
      <w:r w:rsidRPr="00A30B98">
        <w:t xml:space="preserve">, </w:t>
      </w:r>
      <w:hyperlink r:id="rId8" w:history="1">
        <w:r w:rsidRPr="00A30B98">
          <w:rPr>
            <w:rStyle w:val="Hyperlink"/>
          </w:rPr>
          <w:t>enquires@tutorialhomeschool.co.zw</w:t>
        </w:r>
      </w:hyperlink>
    </w:p>
    <w:p w14:paraId="339CA388" w14:textId="77777777" w:rsidR="00A30B98" w:rsidRDefault="00A30B98" w:rsidP="00A30B98">
      <w:hyperlink r:id="rId9" w:history="1">
        <w:r w:rsidRPr="00A30B98">
          <w:rPr>
            <w:rStyle w:val="Hyperlink"/>
          </w:rPr>
          <w:t>www.tutorialhomeschool.co.zw</w:t>
        </w:r>
      </w:hyperlink>
    </w:p>
    <w:p w14:paraId="2A0A45E8" w14:textId="77777777" w:rsidR="00A30B98" w:rsidRDefault="00A30B98" w:rsidP="00A30B98"/>
    <w:p w14:paraId="1BD3B0F3" w14:textId="3850E4EA" w:rsidR="006F79CD" w:rsidRPr="00A30B98" w:rsidRDefault="00A30B98" w:rsidP="00A30B98">
      <w:pPr>
        <w:jc w:val="center"/>
        <w:rPr>
          <w:b/>
          <w:bCs/>
          <w:color w:val="1F497D" w:themeColor="text2"/>
          <w:sz w:val="32"/>
          <w:szCs w:val="32"/>
        </w:rPr>
      </w:pPr>
      <w:r w:rsidRPr="00A30B98">
        <w:rPr>
          <w:b/>
          <w:bCs/>
          <w:color w:val="1F497D" w:themeColor="text2"/>
          <w:sz w:val="32"/>
          <w:szCs w:val="32"/>
        </w:rPr>
        <w:t>ENROLMENT PROCEDURE</w:t>
      </w:r>
      <w:r>
        <w:rPr>
          <w:b/>
          <w:bCs/>
          <w:color w:val="1F497D" w:themeColor="text2"/>
          <w:sz w:val="32"/>
          <w:szCs w:val="32"/>
        </w:rPr>
        <w:t xml:space="preserve"> &amp; REQUIREMENTS</w:t>
      </w:r>
    </w:p>
    <w:p w14:paraId="233818C5" w14:textId="285A3267" w:rsidR="006F79CD" w:rsidRPr="00A30B98" w:rsidRDefault="00000000">
      <w:pPr>
        <w:rPr>
          <w:b/>
          <w:bCs/>
          <w:color w:val="1F497D" w:themeColor="text2"/>
          <w:sz w:val="32"/>
          <w:szCs w:val="32"/>
        </w:rPr>
      </w:pPr>
      <w:r w:rsidRPr="00A30B98">
        <w:rPr>
          <w:b/>
          <w:bCs/>
          <w:color w:val="1F497D" w:themeColor="text2"/>
          <w:sz w:val="32"/>
          <w:szCs w:val="32"/>
        </w:rPr>
        <w:t>Registration</w:t>
      </w:r>
    </w:p>
    <w:p w14:paraId="396CA456" w14:textId="24C0B5A7" w:rsidR="006F79CD" w:rsidRDefault="00000000">
      <w:r>
        <w:t xml:space="preserve">a) </w:t>
      </w:r>
      <w:proofErr w:type="gramStart"/>
      <w:r>
        <w:t>Parents  to</w:t>
      </w:r>
      <w:proofErr w:type="gramEnd"/>
      <w:r>
        <w:t xml:space="preserve"> </w:t>
      </w:r>
      <w:r w:rsidR="00A30B98">
        <w:t>Registration fee</w:t>
      </w:r>
      <w:r>
        <w:t xml:space="preserve"> and a non-</w:t>
      </w:r>
      <w:r w:rsidR="00A30B98">
        <w:t xml:space="preserve">refundable </w:t>
      </w:r>
      <w:proofErr w:type="gramStart"/>
      <w:r w:rsidR="00A30B98">
        <w:t>Administration</w:t>
      </w:r>
      <w:r>
        <w:t xml:space="preserve">  Fee</w:t>
      </w:r>
      <w:proofErr w:type="gramEnd"/>
      <w:r>
        <w:t>.</w:t>
      </w:r>
    </w:p>
    <w:p w14:paraId="17E9562E" w14:textId="77777777" w:rsidR="006F79CD" w:rsidRDefault="00000000">
      <w:r>
        <w:t>b) Entrance  tests  apply  only  to home -schooled  students  or any students  without  a clear  progress</w:t>
      </w:r>
    </w:p>
    <w:p w14:paraId="6D9BDB81" w14:textId="77777777" w:rsidR="006F79CD" w:rsidRDefault="00000000">
      <w:r>
        <w:t>report to establish the correct academic level of the student.</w:t>
      </w:r>
    </w:p>
    <w:p w14:paraId="0F40D7EE" w14:textId="77777777" w:rsidR="006F79CD" w:rsidRDefault="00000000">
      <w:r>
        <w:t>c) ECD learners,  international  students,  and those  with  transfer  letters  or most  recent  result  slips  are</w:t>
      </w:r>
    </w:p>
    <w:p w14:paraId="45A886E0" w14:textId="77777777" w:rsidR="006F79CD" w:rsidRDefault="00000000">
      <w:r>
        <w:t>exempted from the entrance test.</w:t>
      </w:r>
    </w:p>
    <w:p w14:paraId="6D4B08CD" w14:textId="77777777" w:rsidR="006F79CD" w:rsidRDefault="00000000">
      <w:r>
        <w:t>d) We are enrolling  students  from  Pre-school,  ECD A, B, Grade  1 to 7, Form  1 to U6</w:t>
      </w:r>
    </w:p>
    <w:p w14:paraId="729DA0F9" w14:textId="77777777" w:rsidR="006F79CD" w:rsidRDefault="00000000">
      <w:r>
        <w:t>2. Enrolment  Options</w:t>
      </w:r>
    </w:p>
    <w:p w14:paraId="24355E14" w14:textId="77777777" w:rsidR="006F79CD" w:rsidRDefault="00000000">
      <w:r>
        <w:t>a) Day Scholars</w:t>
      </w:r>
    </w:p>
    <w:p w14:paraId="2E66F537" w14:textId="77777777" w:rsidR="006F79CD" w:rsidRDefault="00000000">
      <w:r>
        <w:t>b) Boarding  students</w:t>
      </w:r>
    </w:p>
    <w:p w14:paraId="3EDA118D" w14:textId="77777777" w:rsidR="006F79CD" w:rsidRDefault="00000000">
      <w:r>
        <w:t>c) Part time  students</w:t>
      </w:r>
    </w:p>
    <w:p w14:paraId="4EE02E81" w14:textId="77777777" w:rsidR="006F79CD" w:rsidRDefault="00000000">
      <w:r>
        <w:lastRenderedPageBreak/>
        <w:t>D) Online students</w:t>
      </w:r>
    </w:p>
    <w:p w14:paraId="0964F45E" w14:textId="77777777" w:rsidR="006F79CD" w:rsidRDefault="00000000">
      <w:r>
        <w:t>Please  Note:</w:t>
      </w:r>
    </w:p>
    <w:p w14:paraId="00FF640A" w14:textId="77777777" w:rsidR="006F79CD" w:rsidRDefault="00000000">
      <w:r>
        <w:t>1. Our classes  are small,  so registration  will be closed  as soon  as full capacity  is reached.</w:t>
      </w:r>
    </w:p>
    <w:p w14:paraId="60AD7559" w14:textId="77777777" w:rsidR="006F79CD" w:rsidRDefault="00000000">
      <w:r>
        <w:t>2. Boarding fees  are paid  in full  to secure  a place.</w:t>
      </w:r>
    </w:p>
    <w:p w14:paraId="797BCD7E" w14:textId="77777777" w:rsidR="006F79CD" w:rsidRDefault="00000000">
      <w:r>
        <w:t>3. Invoices  are only  valid  for seven  (7) working  days from  the date  of issue.</w:t>
      </w:r>
    </w:p>
    <w:p w14:paraId="1D87513D" w14:textId="77777777" w:rsidR="006F79CD" w:rsidRDefault="00000000">
      <w:r>
        <w:t>4. Preference  is given  to corporates/diplomatic  staff  according  to our Enrolment  Policy.</w:t>
      </w:r>
    </w:p>
    <w:p w14:paraId="6B444B61" w14:textId="77777777" w:rsidR="006F79CD" w:rsidRDefault="00000000">
      <w:r>
        <w:t>5. All places  are offered  on a “first  come, first  served”  basis.</w:t>
      </w:r>
    </w:p>
    <w:p w14:paraId="341655DF" w14:textId="77777777" w:rsidR="006F79CD" w:rsidRDefault="00000000">
      <w:r>
        <w:t xml:space="preserve">Note: Once a place has been granted, school fees invoice should be paid </w:t>
      </w:r>
      <w:proofErr w:type="gramStart"/>
      <w:r>
        <w:t>in  FULL</w:t>
      </w:r>
      <w:proofErr w:type="gramEnd"/>
      <w:r>
        <w:t xml:space="preserve">  per</w:t>
      </w:r>
    </w:p>
    <w:p w14:paraId="57E92314" w14:textId="77777777" w:rsidR="006F79CD" w:rsidRDefault="00000000">
      <w:r>
        <w:t>term.</w:t>
      </w:r>
    </w:p>
    <w:p w14:paraId="25F392A7" w14:textId="77777777" w:rsidR="006F79CD" w:rsidRDefault="00000000">
      <w:r>
        <w:br w:type="page"/>
      </w:r>
    </w:p>
    <w:p w14:paraId="0C4DE916" w14:textId="1039C0BD" w:rsidR="006F79CD" w:rsidRPr="00A30B98" w:rsidRDefault="00A30B98">
      <w:pPr>
        <w:rPr>
          <w:b/>
          <w:bCs/>
          <w:color w:val="1F497D" w:themeColor="text2"/>
          <w:sz w:val="32"/>
          <w:szCs w:val="32"/>
        </w:rPr>
      </w:pPr>
      <w:r w:rsidRPr="00A30B98">
        <w:rPr>
          <w:b/>
          <w:bCs/>
          <w:color w:val="1F497D" w:themeColor="text2"/>
          <w:sz w:val="32"/>
          <w:szCs w:val="32"/>
        </w:rPr>
        <w:lastRenderedPageBreak/>
        <w:t>Required Documents</w:t>
      </w:r>
      <w:r w:rsidR="00000000" w:rsidRPr="00A30B98">
        <w:rPr>
          <w:b/>
          <w:bCs/>
          <w:color w:val="1F497D" w:themeColor="text2"/>
          <w:sz w:val="32"/>
          <w:szCs w:val="32"/>
        </w:rPr>
        <w:t>:</w:t>
      </w:r>
    </w:p>
    <w:p w14:paraId="23F3B15C" w14:textId="77777777" w:rsidR="006F79CD" w:rsidRDefault="00000000">
      <w:r>
        <w:t xml:space="preserve">A) </w:t>
      </w:r>
      <w:proofErr w:type="gramStart"/>
      <w:r>
        <w:t>School  report</w:t>
      </w:r>
      <w:proofErr w:type="gramEnd"/>
    </w:p>
    <w:p w14:paraId="56E7CB05" w14:textId="77777777" w:rsidR="006F79CD" w:rsidRDefault="00000000">
      <w:r>
        <w:t>B) Result  slip</w:t>
      </w:r>
    </w:p>
    <w:p w14:paraId="15646C4A" w14:textId="77777777" w:rsidR="006F79CD" w:rsidRDefault="00000000">
      <w:r>
        <w:t>C) Cambridge  result  slip</w:t>
      </w:r>
    </w:p>
    <w:p w14:paraId="489B14D2" w14:textId="77777777" w:rsidR="006F79CD" w:rsidRDefault="00000000">
      <w:r>
        <w:t>D) Matric  result  slip</w:t>
      </w:r>
    </w:p>
    <w:p w14:paraId="007A9023" w14:textId="77777777" w:rsidR="006F79CD" w:rsidRDefault="00000000">
      <w:r>
        <w:t>E) Botswana  Examinations  Council  (BEC)  result  slip</w:t>
      </w:r>
    </w:p>
    <w:p w14:paraId="78F84C01" w14:textId="77777777" w:rsidR="006F79CD" w:rsidRDefault="00000000">
      <w:r>
        <w:t>F) Caribbean  Primary  Education  Certification  (CSEC)</w:t>
      </w:r>
    </w:p>
    <w:p w14:paraId="6888B288" w14:textId="77777777" w:rsidR="006F79CD" w:rsidRDefault="00000000">
      <w:r>
        <w:t>G) Mozambique  result  slip</w:t>
      </w:r>
    </w:p>
    <w:p w14:paraId="5F35EDA3" w14:textId="77777777" w:rsidR="006F79CD" w:rsidRDefault="00000000">
      <w:r>
        <w:t>H) Recommendation  letter</w:t>
      </w:r>
    </w:p>
    <w:p w14:paraId="32EA6513" w14:textId="77777777" w:rsidR="006F79CD" w:rsidRDefault="00000000">
      <w:r>
        <w:t>I) Copy of the student’s birth certificate / passport / ID</w:t>
      </w:r>
    </w:p>
    <w:p w14:paraId="65346217" w14:textId="77777777" w:rsidR="006F79CD" w:rsidRDefault="00000000">
      <w:r>
        <w:t>Note:</w:t>
      </w:r>
    </w:p>
    <w:p w14:paraId="25A4048B" w14:textId="77777777" w:rsidR="006F79CD" w:rsidRDefault="00000000">
      <w:r>
        <w:t>If the student  has any particular  learning  difficulties,  a report  from  a qualified  educational</w:t>
      </w:r>
    </w:p>
    <w:p w14:paraId="204F0976" w14:textId="77777777" w:rsidR="006F79CD" w:rsidRDefault="00000000">
      <w:r>
        <w:t>psychologist  is required.</w:t>
      </w:r>
    </w:p>
    <w:p w14:paraId="132AB9DA" w14:textId="77777777" w:rsidR="006F79CD" w:rsidRDefault="00000000">
      <w:r>
        <w:t>Contact  details:</w:t>
      </w:r>
    </w:p>
    <w:p w14:paraId="6928ACB2" w14:textId="77777777" w:rsidR="006F79CD" w:rsidRDefault="00000000">
      <w:r>
        <w:t>Address:</w:t>
      </w:r>
    </w:p>
    <w:p w14:paraId="587613F6" w14:textId="77777777" w:rsidR="006F79CD" w:rsidRDefault="00000000">
      <w:r>
        <w:t>No. 5 Welmoed  Close,  Rolf Valley,  Borrowdale  (Junior School)</w:t>
      </w:r>
    </w:p>
    <w:p w14:paraId="44E8A267" w14:textId="77777777" w:rsidR="006F79CD" w:rsidRDefault="00000000">
      <w:r>
        <w:t>No. 1 Harare  Drive,  Corner  Harare  Drive  / Borrowdale  Road,  Borrowdale,  Harare  (Senior  School)</w:t>
      </w:r>
    </w:p>
    <w:p w14:paraId="2BAB21AF" w14:textId="77777777" w:rsidR="006F79CD" w:rsidRDefault="00000000">
      <w:r>
        <w:t>0716959452, 0777463462,0786700990 ,0772901243</w:t>
      </w:r>
    </w:p>
    <w:p w14:paraId="5F380F5D" w14:textId="77777777" w:rsidR="006F79CD" w:rsidRDefault="00000000">
      <w:r>
        <w:t>TUTORIAL HOME SENIOR SCHOOL LEARNING REQUIREMENTS</w:t>
      </w:r>
    </w:p>
    <w:p w14:paraId="04B245FF" w14:textId="77777777" w:rsidR="006F79CD" w:rsidRDefault="00000000">
      <w:r>
        <w:t>School W ear</w:t>
      </w:r>
    </w:p>
    <w:p w14:paraId="4633E7A2" w14:textId="77777777" w:rsidR="006F79CD" w:rsidRDefault="00000000">
      <w:r>
        <w:t>Each student should come to school neatly and correctly dressed. This includes following the hair</w:t>
      </w:r>
    </w:p>
    <w:p w14:paraId="5049FAD5" w14:textId="77777777" w:rsidR="006F79CD" w:rsidRDefault="00000000">
      <w:r>
        <w:t>regulations set out in the school rules.</w:t>
      </w:r>
    </w:p>
    <w:p w14:paraId="41289412" w14:textId="77777777" w:rsidR="006F79CD" w:rsidRDefault="00000000">
      <w:r>
        <w:t>Stationery:</w:t>
      </w:r>
    </w:p>
    <w:p w14:paraId="4CC55672" w14:textId="77777777" w:rsidR="006F79CD" w:rsidRDefault="00000000">
      <w:r>
        <w:t>• File paper or exam pads and a File</w:t>
      </w:r>
    </w:p>
    <w:p w14:paraId="4992406F" w14:textId="77777777" w:rsidR="006F79CD" w:rsidRDefault="00000000">
      <w:r>
        <w:lastRenderedPageBreak/>
        <w:t>• Laptop</w:t>
      </w:r>
    </w:p>
    <w:p w14:paraId="0ABEC72E" w14:textId="77777777" w:rsidR="006F79CD" w:rsidRDefault="00000000">
      <w:r>
        <w:t>• Scientific Calculator</w:t>
      </w:r>
    </w:p>
    <w:p w14:paraId="53EBF5EB" w14:textId="77777777" w:rsidR="006F79CD" w:rsidRDefault="00000000">
      <w:r>
        <w:t>• Graph Book (For Science Students)</w:t>
      </w:r>
    </w:p>
    <w:p w14:paraId="1E4619C8" w14:textId="77777777" w:rsidR="006F79CD" w:rsidRDefault="00000000">
      <w:r>
        <w:t>• Mathematical set</w:t>
      </w:r>
    </w:p>
    <w:p w14:paraId="0257C63B" w14:textId="77777777" w:rsidR="006F79CD" w:rsidRDefault="00000000">
      <w:r>
        <w:t>• Blue or Black pens</w:t>
      </w:r>
    </w:p>
    <w:p w14:paraId="7C5C7E3A" w14:textId="77777777" w:rsidR="006F79CD" w:rsidRDefault="00000000">
      <w:r>
        <w:t>• Pencils</w:t>
      </w:r>
    </w:p>
    <w:p w14:paraId="03636B24" w14:textId="77777777" w:rsidR="006F79CD" w:rsidRDefault="00000000">
      <w:r>
        <w:t>• Erasers</w:t>
      </w:r>
    </w:p>
    <w:p w14:paraId="1811F60F" w14:textId="77777777" w:rsidR="006F79CD" w:rsidRDefault="00000000">
      <w:r>
        <w:t>• Sharpener</w:t>
      </w:r>
    </w:p>
    <w:p w14:paraId="041956D9" w14:textId="77777777" w:rsidR="006F79CD" w:rsidRDefault="00000000">
      <w:r>
        <w:t>• Pencil case</w:t>
      </w:r>
    </w:p>
    <w:p w14:paraId="5B257B8D" w14:textId="77777777" w:rsidR="006F79CD" w:rsidRDefault="00000000">
      <w:r>
        <w:t>• 30cm Ruler</w:t>
      </w:r>
    </w:p>
    <w:p w14:paraId="4801BD51" w14:textId="77777777" w:rsidR="006F79CD" w:rsidRDefault="00000000">
      <w:r>
        <w:t>• Scissors</w:t>
      </w:r>
    </w:p>
    <w:p w14:paraId="05C8B840" w14:textId="77777777" w:rsidR="006F79CD" w:rsidRDefault="00000000">
      <w:r>
        <w:t>• Glue Stick</w:t>
      </w:r>
    </w:p>
    <w:p w14:paraId="00513157" w14:textId="77777777" w:rsidR="006F79CD" w:rsidRDefault="00000000">
      <w:r>
        <w:t>• Pencil Colours</w:t>
      </w:r>
    </w:p>
    <w:p w14:paraId="45DE9206" w14:textId="77777777" w:rsidR="006F79CD" w:rsidRDefault="00000000">
      <w:r>
        <w:t>• Exercise Books per subject: 96 -page one quire counter book and 72 -page soft cover (White</w:t>
      </w:r>
    </w:p>
    <w:p w14:paraId="0694CB99" w14:textId="77777777" w:rsidR="006F79CD" w:rsidRDefault="00000000">
      <w:r>
        <w:t>paper)</w:t>
      </w:r>
    </w:p>
    <w:p w14:paraId="15535F29" w14:textId="77777777" w:rsidR="006F79CD" w:rsidRDefault="00000000">
      <w:r>
        <w:t>• One ream of Bond Paper (For printing of work)</w:t>
      </w:r>
    </w:p>
    <w:p w14:paraId="3A7672AC" w14:textId="77777777" w:rsidR="006F79CD" w:rsidRDefault="00000000">
      <w:r>
        <w:t>• Dictionary (e.g. Collins or Oxford)</w:t>
      </w:r>
    </w:p>
    <w:p w14:paraId="36E1AB84" w14:textId="3FF413D5" w:rsidR="006F79CD" w:rsidRDefault="00000000">
      <w:r>
        <w:t>NB. These books should be covered in both khaki cover and plastic using THE SCHOOL C OVER PAGE</w:t>
      </w:r>
    </w:p>
    <w:p w14:paraId="0A7DC405" w14:textId="77777777" w:rsidR="006F79CD" w:rsidRDefault="00000000">
      <w:r>
        <w:t>N.B. BOARDERS REQUIREMENT LIST  AVAILABLE UPON REGISTRATION</w:t>
      </w:r>
    </w:p>
    <w:p w14:paraId="15D597DC" w14:textId="77777777" w:rsidR="006F79CD" w:rsidRDefault="00000000">
      <w:r>
        <w:t>TUTORIAL  HOME  JUNIOR  AND  SENIOR  SCHOOL  ADMISSIONS</w:t>
      </w:r>
    </w:p>
    <w:sectPr w:rsidR="006F79C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5702394">
    <w:abstractNumId w:val="8"/>
  </w:num>
  <w:num w:numId="2" w16cid:durableId="482964575">
    <w:abstractNumId w:val="6"/>
  </w:num>
  <w:num w:numId="3" w16cid:durableId="437600269">
    <w:abstractNumId w:val="5"/>
  </w:num>
  <w:num w:numId="4" w16cid:durableId="2017993392">
    <w:abstractNumId w:val="4"/>
  </w:num>
  <w:num w:numId="5" w16cid:durableId="983118925">
    <w:abstractNumId w:val="7"/>
  </w:num>
  <w:num w:numId="6" w16cid:durableId="774834716">
    <w:abstractNumId w:val="3"/>
  </w:num>
  <w:num w:numId="7" w16cid:durableId="662902286">
    <w:abstractNumId w:val="2"/>
  </w:num>
  <w:num w:numId="8" w16cid:durableId="856119191">
    <w:abstractNumId w:val="1"/>
  </w:num>
  <w:num w:numId="9" w16cid:durableId="170220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69D6"/>
    <w:rsid w:val="0029639D"/>
    <w:rsid w:val="00326F90"/>
    <w:rsid w:val="005B2659"/>
    <w:rsid w:val="006F79CD"/>
    <w:rsid w:val="00A30B98"/>
    <w:rsid w:val="00AA1D8D"/>
    <w:rsid w:val="00B47730"/>
    <w:rsid w:val="00B6587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E48EA0"/>
  <w14:defaultImageDpi w14:val="300"/>
  <w15:docId w15:val="{2D32C310-C576-4933-B4EC-7F6B8638B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30B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0B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quires@tutorialhomeschool.co.zw" TargetMode="External"/><Relationship Id="rId3" Type="http://schemas.openxmlformats.org/officeDocument/2006/relationships/styles" Target="styles.xml"/><Relationship Id="rId7" Type="http://schemas.openxmlformats.org/officeDocument/2006/relationships/hyperlink" Target="mailto:admin@tutorialhomeschool.co.z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utorialhomeschool.co.z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Carlington Kwinjo</cp:lastModifiedBy>
  <cp:revision>8</cp:revision>
  <dcterms:created xsi:type="dcterms:W3CDTF">2013-12-23T23:15:00Z</dcterms:created>
  <dcterms:modified xsi:type="dcterms:W3CDTF">2026-09-08T09:27:00Z</dcterms:modified>
  <cp:category/>
</cp:coreProperties>
</file>